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15D1C" w14:textId="77777777" w:rsidR="004B2D67" w:rsidRDefault="00E021D8">
      <w:pPr>
        <w:pStyle w:val="Title"/>
      </w:pPr>
      <w:r>
        <w:t>Commercial and Technical Evaluation Template</w:t>
      </w:r>
    </w:p>
    <w:p w14:paraId="053E0040" w14:textId="37A4D87F" w:rsidR="004B2D67" w:rsidRDefault="00E021D8">
      <w:pPr>
        <w:pStyle w:val="Heading1"/>
      </w:pPr>
      <w:r>
        <w:t xml:space="preserve">C1. Pricing schedule for completion by </w:t>
      </w:r>
      <w:r w:rsidR="00630407">
        <w:t>potential supplier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53"/>
        <w:gridCol w:w="2835"/>
        <w:gridCol w:w="2154"/>
        <w:gridCol w:w="3628"/>
      </w:tblGrid>
      <w:tr w:rsidR="004B2D67" w14:paraId="598F29CC" w14:textId="77777777">
        <w:trPr>
          <w:tblHeader/>
          <w:jc w:val="center"/>
        </w:trPr>
        <w:tc>
          <w:tcPr>
            <w:tcW w:w="5953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9C3B24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8"/>
              </w:rPr>
              <w:t>Pricing item</w:t>
            </w:r>
          </w:p>
        </w:tc>
        <w:tc>
          <w:tcPr>
            <w:tcW w:w="2835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95AE25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8"/>
              </w:rPr>
              <w:t>Price excluding VAT</w:t>
            </w:r>
          </w:p>
        </w:tc>
        <w:tc>
          <w:tcPr>
            <w:tcW w:w="2154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4681A7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8"/>
              </w:rPr>
              <w:t>Currency / unit</w:t>
            </w:r>
          </w:p>
        </w:tc>
        <w:tc>
          <w:tcPr>
            <w:tcW w:w="3628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E8D70F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8"/>
              </w:rPr>
              <w:t>Comments and assumptions</w:t>
            </w:r>
          </w:p>
        </w:tc>
      </w:tr>
      <w:tr w:rsidR="004B2D67" w14:paraId="2DB51E9D" w14:textId="77777777">
        <w:trPr>
          <w:jc w:val="center"/>
        </w:trPr>
        <w:tc>
          <w:tcPr>
            <w:tcW w:w="595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435EA9" w14:textId="77777777" w:rsidR="004B2D67" w:rsidRDefault="00E021D8">
            <w:pPr>
              <w:spacing w:after="0" w:line="240" w:lineRule="auto"/>
            </w:pPr>
            <w:r>
              <w:rPr>
                <w:sz w:val="17"/>
              </w:rPr>
              <w:t>Annual subscription: 100 searches/year</w:t>
            </w:r>
          </w:p>
        </w:tc>
        <w:tc>
          <w:tcPr>
            <w:tcW w:w="28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935449" w14:textId="77777777" w:rsidR="004B2D67" w:rsidRDefault="004B2D67">
            <w:pPr>
              <w:spacing w:after="0" w:line="240" w:lineRule="auto"/>
            </w:pPr>
          </w:p>
        </w:tc>
        <w:tc>
          <w:tcPr>
            <w:tcW w:w="215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1534A9" w14:textId="77777777" w:rsidR="004B2D67" w:rsidRDefault="004B2D67">
            <w:pPr>
              <w:spacing w:after="0" w:line="240" w:lineRule="auto"/>
            </w:pPr>
          </w:p>
        </w:tc>
        <w:tc>
          <w:tcPr>
            <w:tcW w:w="362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91FD74" w14:textId="77777777" w:rsidR="004B2D67" w:rsidRDefault="004B2D67">
            <w:pPr>
              <w:spacing w:after="0" w:line="240" w:lineRule="auto"/>
            </w:pPr>
          </w:p>
        </w:tc>
      </w:tr>
      <w:tr w:rsidR="004B2D67" w14:paraId="08DD4E55" w14:textId="77777777">
        <w:trPr>
          <w:jc w:val="center"/>
        </w:trPr>
        <w:tc>
          <w:tcPr>
            <w:tcW w:w="5953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642DDA" w14:textId="77777777" w:rsidR="004B2D67" w:rsidRDefault="00E021D8">
            <w:pPr>
              <w:spacing w:after="0" w:line="240" w:lineRule="auto"/>
            </w:pPr>
            <w:r>
              <w:rPr>
                <w:sz w:val="17"/>
              </w:rPr>
              <w:t>Annual subscription: 250 searches/year</w:t>
            </w:r>
          </w:p>
        </w:tc>
        <w:tc>
          <w:tcPr>
            <w:tcW w:w="2835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3FBC3E" w14:textId="77777777" w:rsidR="004B2D67" w:rsidRDefault="004B2D67">
            <w:pPr>
              <w:spacing w:after="0" w:line="240" w:lineRule="auto"/>
            </w:pPr>
          </w:p>
        </w:tc>
        <w:tc>
          <w:tcPr>
            <w:tcW w:w="215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256B44" w14:textId="77777777" w:rsidR="004B2D67" w:rsidRDefault="004B2D67">
            <w:pPr>
              <w:spacing w:after="0" w:line="240" w:lineRule="auto"/>
            </w:pPr>
          </w:p>
        </w:tc>
        <w:tc>
          <w:tcPr>
            <w:tcW w:w="3628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90FA40" w14:textId="77777777" w:rsidR="004B2D67" w:rsidRDefault="004B2D67">
            <w:pPr>
              <w:spacing w:after="0" w:line="240" w:lineRule="auto"/>
            </w:pPr>
          </w:p>
        </w:tc>
      </w:tr>
      <w:tr w:rsidR="004B2D67" w14:paraId="6C052943" w14:textId="77777777">
        <w:trPr>
          <w:jc w:val="center"/>
        </w:trPr>
        <w:tc>
          <w:tcPr>
            <w:tcW w:w="595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2C7A1" w14:textId="0A316E21" w:rsidR="004B2D67" w:rsidRPr="0076631B" w:rsidRDefault="0076631B" w:rsidP="0076631B">
            <w:pPr>
              <w:spacing w:after="0"/>
              <w:rPr>
                <w:kern w:val="2"/>
                <w:szCs w:val="20"/>
                <w14:ligatures w14:val="standardContextual"/>
              </w:rPr>
            </w:pPr>
            <w:r>
              <w:rPr>
                <w:sz w:val="17"/>
                <w:szCs w:val="17"/>
              </w:rPr>
              <w:t>Annual subscription: 400 searches/year</w:t>
            </w:r>
          </w:p>
        </w:tc>
        <w:tc>
          <w:tcPr>
            <w:tcW w:w="28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814088" w14:textId="77777777" w:rsidR="004B2D67" w:rsidRDefault="004B2D67">
            <w:pPr>
              <w:spacing w:after="0" w:line="240" w:lineRule="auto"/>
            </w:pPr>
          </w:p>
        </w:tc>
        <w:tc>
          <w:tcPr>
            <w:tcW w:w="215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958177" w14:textId="77777777" w:rsidR="004B2D67" w:rsidRDefault="004B2D67">
            <w:pPr>
              <w:spacing w:after="0" w:line="240" w:lineRule="auto"/>
            </w:pPr>
          </w:p>
        </w:tc>
        <w:tc>
          <w:tcPr>
            <w:tcW w:w="362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9486D3" w14:textId="77777777" w:rsidR="004B2D67" w:rsidRDefault="004B2D67">
            <w:pPr>
              <w:spacing w:after="0" w:line="240" w:lineRule="auto"/>
            </w:pPr>
          </w:p>
        </w:tc>
      </w:tr>
      <w:tr w:rsidR="004B2D67" w14:paraId="481D1B65" w14:textId="77777777">
        <w:trPr>
          <w:jc w:val="center"/>
        </w:trPr>
        <w:tc>
          <w:tcPr>
            <w:tcW w:w="5953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0CDCAA" w14:textId="77777777" w:rsidR="004B2D67" w:rsidRDefault="00E021D8">
            <w:pPr>
              <w:spacing w:after="0" w:line="240" w:lineRule="auto"/>
            </w:pPr>
            <w:r>
              <w:rPr>
                <w:sz w:val="17"/>
              </w:rPr>
              <w:t>Annual subscription: unlimited searches/year</w:t>
            </w:r>
          </w:p>
        </w:tc>
        <w:tc>
          <w:tcPr>
            <w:tcW w:w="2835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7A19D6" w14:textId="77777777" w:rsidR="004B2D67" w:rsidRDefault="004B2D67">
            <w:pPr>
              <w:spacing w:after="0" w:line="240" w:lineRule="auto"/>
            </w:pPr>
          </w:p>
        </w:tc>
        <w:tc>
          <w:tcPr>
            <w:tcW w:w="215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3DE370" w14:textId="77777777" w:rsidR="004B2D67" w:rsidRDefault="004B2D67">
            <w:pPr>
              <w:spacing w:after="0" w:line="240" w:lineRule="auto"/>
            </w:pPr>
          </w:p>
        </w:tc>
        <w:tc>
          <w:tcPr>
            <w:tcW w:w="3628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4AF81C" w14:textId="77777777" w:rsidR="004B2D67" w:rsidRDefault="004B2D67">
            <w:pPr>
              <w:spacing w:after="0" w:line="240" w:lineRule="auto"/>
            </w:pPr>
          </w:p>
        </w:tc>
      </w:tr>
      <w:tr w:rsidR="004B2D67" w14:paraId="3DE2718B" w14:textId="77777777">
        <w:trPr>
          <w:jc w:val="center"/>
        </w:trPr>
        <w:tc>
          <w:tcPr>
            <w:tcW w:w="595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B0C7A3" w14:textId="6D6EF91D" w:rsidR="004B2D67" w:rsidRDefault="00E021D8">
            <w:pPr>
              <w:spacing w:after="0" w:line="240" w:lineRule="auto"/>
            </w:pPr>
            <w:r>
              <w:rPr>
                <w:sz w:val="17"/>
              </w:rPr>
              <w:t>Included named users</w:t>
            </w:r>
            <w:r w:rsidR="006A6CE3">
              <w:rPr>
                <w:sz w:val="17"/>
              </w:rPr>
              <w:t xml:space="preserve"> (</w:t>
            </w:r>
            <w:r w:rsidR="005F452F">
              <w:rPr>
                <w:sz w:val="17"/>
              </w:rPr>
              <w:t>minimum 5 users, maximum 7 users)</w:t>
            </w:r>
          </w:p>
        </w:tc>
        <w:tc>
          <w:tcPr>
            <w:tcW w:w="28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E778CD" w14:textId="77777777" w:rsidR="004B2D67" w:rsidRDefault="004B2D67">
            <w:pPr>
              <w:spacing w:after="0" w:line="240" w:lineRule="auto"/>
            </w:pPr>
          </w:p>
        </w:tc>
        <w:tc>
          <w:tcPr>
            <w:tcW w:w="215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124057" w14:textId="77777777" w:rsidR="004B2D67" w:rsidRDefault="004B2D67">
            <w:pPr>
              <w:spacing w:after="0" w:line="240" w:lineRule="auto"/>
            </w:pPr>
          </w:p>
        </w:tc>
        <w:tc>
          <w:tcPr>
            <w:tcW w:w="362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3B2AB7" w14:textId="77777777" w:rsidR="004B2D67" w:rsidRDefault="004B2D67">
            <w:pPr>
              <w:spacing w:after="0" w:line="240" w:lineRule="auto"/>
            </w:pPr>
          </w:p>
        </w:tc>
      </w:tr>
      <w:tr w:rsidR="004B2D67" w14:paraId="047CED5D" w14:textId="77777777">
        <w:trPr>
          <w:jc w:val="center"/>
        </w:trPr>
        <w:tc>
          <w:tcPr>
            <w:tcW w:w="5953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2AAAC7" w14:textId="77777777" w:rsidR="004B2D67" w:rsidRDefault="00E021D8">
            <w:pPr>
              <w:spacing w:after="0" w:line="240" w:lineRule="auto"/>
            </w:pPr>
            <w:r>
              <w:rPr>
                <w:sz w:val="17"/>
              </w:rPr>
              <w:t>Price per additional user</w:t>
            </w:r>
          </w:p>
        </w:tc>
        <w:tc>
          <w:tcPr>
            <w:tcW w:w="2835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E66080" w14:textId="77777777" w:rsidR="004B2D67" w:rsidRDefault="004B2D67">
            <w:pPr>
              <w:spacing w:after="0" w:line="240" w:lineRule="auto"/>
            </w:pPr>
          </w:p>
        </w:tc>
        <w:tc>
          <w:tcPr>
            <w:tcW w:w="215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10B78F" w14:textId="77777777" w:rsidR="004B2D67" w:rsidRDefault="004B2D67">
            <w:pPr>
              <w:spacing w:after="0" w:line="240" w:lineRule="auto"/>
            </w:pPr>
          </w:p>
        </w:tc>
        <w:tc>
          <w:tcPr>
            <w:tcW w:w="3628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5ED778" w14:textId="77777777" w:rsidR="004B2D67" w:rsidRDefault="004B2D67">
            <w:pPr>
              <w:spacing w:after="0" w:line="240" w:lineRule="auto"/>
            </w:pPr>
          </w:p>
        </w:tc>
      </w:tr>
      <w:tr w:rsidR="004B2D67" w14:paraId="47AC3879" w14:textId="77777777">
        <w:trPr>
          <w:jc w:val="center"/>
        </w:trPr>
        <w:tc>
          <w:tcPr>
            <w:tcW w:w="595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AAC94C" w14:textId="77777777" w:rsidR="004B2D67" w:rsidRDefault="00E021D8">
            <w:pPr>
              <w:spacing w:after="0" w:line="240" w:lineRule="auto"/>
            </w:pPr>
            <w:r>
              <w:rPr>
                <w:sz w:val="17"/>
              </w:rPr>
              <w:t>Price per additional search</w:t>
            </w:r>
          </w:p>
        </w:tc>
        <w:tc>
          <w:tcPr>
            <w:tcW w:w="28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F95181" w14:textId="77777777" w:rsidR="004B2D67" w:rsidRDefault="004B2D67">
            <w:pPr>
              <w:spacing w:after="0" w:line="240" w:lineRule="auto"/>
            </w:pPr>
          </w:p>
        </w:tc>
        <w:tc>
          <w:tcPr>
            <w:tcW w:w="215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B8CD74" w14:textId="77777777" w:rsidR="004B2D67" w:rsidRDefault="004B2D67">
            <w:pPr>
              <w:spacing w:after="0" w:line="240" w:lineRule="auto"/>
            </w:pPr>
          </w:p>
        </w:tc>
        <w:tc>
          <w:tcPr>
            <w:tcW w:w="362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AEC444" w14:textId="77777777" w:rsidR="004B2D67" w:rsidRDefault="004B2D67">
            <w:pPr>
              <w:spacing w:after="0" w:line="240" w:lineRule="auto"/>
            </w:pPr>
          </w:p>
        </w:tc>
      </w:tr>
      <w:tr w:rsidR="004B2D67" w14:paraId="1ADEC445" w14:textId="77777777">
        <w:trPr>
          <w:jc w:val="center"/>
        </w:trPr>
        <w:tc>
          <w:tcPr>
            <w:tcW w:w="5953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FF56A5" w14:textId="77777777" w:rsidR="004B2D67" w:rsidRDefault="00E021D8">
            <w:pPr>
              <w:spacing w:after="0" w:line="240" w:lineRule="auto"/>
            </w:pPr>
            <w:r>
              <w:rPr>
                <w:sz w:val="17"/>
              </w:rPr>
              <w:t>Implementation and onboarding</w:t>
            </w:r>
          </w:p>
        </w:tc>
        <w:tc>
          <w:tcPr>
            <w:tcW w:w="2835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ABC5DE" w14:textId="77777777" w:rsidR="004B2D67" w:rsidRDefault="004B2D67">
            <w:pPr>
              <w:spacing w:after="0" w:line="240" w:lineRule="auto"/>
            </w:pPr>
          </w:p>
        </w:tc>
        <w:tc>
          <w:tcPr>
            <w:tcW w:w="215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D2ABE4" w14:textId="77777777" w:rsidR="004B2D67" w:rsidRDefault="004B2D67">
            <w:pPr>
              <w:spacing w:after="0" w:line="240" w:lineRule="auto"/>
            </w:pPr>
          </w:p>
        </w:tc>
        <w:tc>
          <w:tcPr>
            <w:tcW w:w="3628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192649" w14:textId="77777777" w:rsidR="004B2D67" w:rsidRDefault="004B2D67">
            <w:pPr>
              <w:spacing w:after="0" w:line="240" w:lineRule="auto"/>
            </w:pPr>
          </w:p>
        </w:tc>
      </w:tr>
      <w:tr w:rsidR="004B2D67" w14:paraId="609090B8" w14:textId="77777777">
        <w:trPr>
          <w:jc w:val="center"/>
        </w:trPr>
        <w:tc>
          <w:tcPr>
            <w:tcW w:w="595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1C4762" w14:textId="77777777" w:rsidR="004B2D67" w:rsidRDefault="00E021D8">
            <w:pPr>
              <w:spacing w:after="0" w:line="240" w:lineRule="auto"/>
            </w:pPr>
            <w:r>
              <w:rPr>
                <w:sz w:val="17"/>
              </w:rPr>
              <w:t>Initial training</w:t>
            </w:r>
          </w:p>
        </w:tc>
        <w:tc>
          <w:tcPr>
            <w:tcW w:w="28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EB5CE9" w14:textId="77777777" w:rsidR="004B2D67" w:rsidRDefault="004B2D67">
            <w:pPr>
              <w:spacing w:after="0" w:line="240" w:lineRule="auto"/>
            </w:pPr>
          </w:p>
        </w:tc>
        <w:tc>
          <w:tcPr>
            <w:tcW w:w="215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58161C" w14:textId="77777777" w:rsidR="004B2D67" w:rsidRDefault="004B2D67">
            <w:pPr>
              <w:spacing w:after="0" w:line="240" w:lineRule="auto"/>
            </w:pPr>
          </w:p>
        </w:tc>
        <w:tc>
          <w:tcPr>
            <w:tcW w:w="362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55043E" w14:textId="77777777" w:rsidR="004B2D67" w:rsidRDefault="004B2D67">
            <w:pPr>
              <w:spacing w:after="0" w:line="240" w:lineRule="auto"/>
            </w:pPr>
          </w:p>
        </w:tc>
      </w:tr>
      <w:tr w:rsidR="004B2D67" w14:paraId="469A6663" w14:textId="77777777">
        <w:trPr>
          <w:jc w:val="center"/>
        </w:trPr>
        <w:tc>
          <w:tcPr>
            <w:tcW w:w="5953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0CC6A6" w14:textId="77777777" w:rsidR="004B2D67" w:rsidRDefault="00E021D8">
            <w:pPr>
              <w:spacing w:after="0" w:line="240" w:lineRule="auto"/>
            </w:pPr>
            <w:r>
              <w:rPr>
                <w:sz w:val="17"/>
              </w:rPr>
              <w:t>Annual support or maintenance</w:t>
            </w:r>
          </w:p>
        </w:tc>
        <w:tc>
          <w:tcPr>
            <w:tcW w:w="2835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2DA60B" w14:textId="77777777" w:rsidR="004B2D67" w:rsidRDefault="004B2D67">
            <w:pPr>
              <w:spacing w:after="0" w:line="240" w:lineRule="auto"/>
            </w:pPr>
          </w:p>
        </w:tc>
        <w:tc>
          <w:tcPr>
            <w:tcW w:w="215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47E8BC" w14:textId="77777777" w:rsidR="004B2D67" w:rsidRDefault="004B2D67">
            <w:pPr>
              <w:spacing w:after="0" w:line="240" w:lineRule="auto"/>
            </w:pPr>
          </w:p>
        </w:tc>
        <w:tc>
          <w:tcPr>
            <w:tcW w:w="3628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B84E22" w14:textId="77777777" w:rsidR="004B2D67" w:rsidRDefault="004B2D67">
            <w:pPr>
              <w:spacing w:after="0" w:line="240" w:lineRule="auto"/>
            </w:pPr>
          </w:p>
        </w:tc>
      </w:tr>
      <w:tr w:rsidR="004B2D67" w14:paraId="0FBFC868" w14:textId="77777777">
        <w:trPr>
          <w:jc w:val="center"/>
        </w:trPr>
        <w:tc>
          <w:tcPr>
            <w:tcW w:w="595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56BD81" w14:textId="7BA592CC" w:rsidR="004B2D67" w:rsidRPr="0076631B" w:rsidRDefault="0076631B" w:rsidP="0076631B">
            <w:pPr>
              <w:spacing w:after="0"/>
              <w:rPr>
                <w:kern w:val="2"/>
                <w:szCs w:val="20"/>
                <w14:ligatures w14:val="standardContextual"/>
              </w:rPr>
            </w:pPr>
            <w:r>
              <w:rPr>
                <w:sz w:val="17"/>
                <w:szCs w:val="17"/>
              </w:rPr>
              <w:t>Total</w:t>
            </w:r>
            <w:r w:rsidR="000036D8">
              <w:rPr>
                <w:sz w:val="17"/>
                <w:szCs w:val="17"/>
              </w:rPr>
              <w:t xml:space="preserve"> (including all costs)</w:t>
            </w:r>
            <w:r>
              <w:rPr>
                <w:sz w:val="17"/>
                <w:szCs w:val="17"/>
              </w:rPr>
              <w:t xml:space="preserve"> evaluated </w:t>
            </w:r>
            <w:r w:rsidR="000036D8">
              <w:rPr>
                <w:sz w:val="17"/>
                <w:szCs w:val="17"/>
              </w:rPr>
              <w:t xml:space="preserve">annual cost </w:t>
            </w:r>
          </w:p>
        </w:tc>
        <w:tc>
          <w:tcPr>
            <w:tcW w:w="28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B0DA07" w14:textId="77777777" w:rsidR="004B2D67" w:rsidRDefault="004B2D67">
            <w:pPr>
              <w:spacing w:after="0" w:line="240" w:lineRule="auto"/>
            </w:pPr>
          </w:p>
        </w:tc>
        <w:tc>
          <w:tcPr>
            <w:tcW w:w="215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A9020E" w14:textId="77777777" w:rsidR="004B2D67" w:rsidRDefault="004B2D67">
            <w:pPr>
              <w:spacing w:after="0" w:line="240" w:lineRule="auto"/>
            </w:pPr>
          </w:p>
        </w:tc>
        <w:tc>
          <w:tcPr>
            <w:tcW w:w="362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09FD1" w14:textId="77777777" w:rsidR="004B2D67" w:rsidRDefault="004B2D67">
            <w:pPr>
              <w:spacing w:after="0" w:line="240" w:lineRule="auto"/>
            </w:pPr>
          </w:p>
        </w:tc>
      </w:tr>
    </w:tbl>
    <w:p w14:paraId="722C95D5" w14:textId="77777777" w:rsidR="00636D9C" w:rsidRDefault="00636D9C">
      <w:pPr>
        <w:pStyle w:val="Heading1"/>
      </w:pPr>
    </w:p>
    <w:p w14:paraId="51A10B27" w14:textId="77777777" w:rsidR="0022355D" w:rsidRDefault="0022355D" w:rsidP="0022355D"/>
    <w:p w14:paraId="679279E1" w14:textId="77777777" w:rsidR="0022355D" w:rsidRDefault="0022355D" w:rsidP="0022355D"/>
    <w:p w14:paraId="26C629EE" w14:textId="77777777" w:rsidR="0022355D" w:rsidRPr="0022355D" w:rsidRDefault="0022355D" w:rsidP="0022355D"/>
    <w:sectPr w:rsidR="0022355D" w:rsidRPr="0022355D" w:rsidSect="00034616">
      <w:headerReference w:type="default" r:id="rId8"/>
      <w:footerReference w:type="default" r:id="rId9"/>
      <w:pgSz w:w="16838" w:h="11906" w:orient="landscape"/>
      <w:pgMar w:top="850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95F58" w14:textId="77777777" w:rsidR="00421848" w:rsidRDefault="00421848">
      <w:pPr>
        <w:spacing w:after="0" w:line="240" w:lineRule="auto"/>
      </w:pPr>
      <w:r>
        <w:separator/>
      </w:r>
    </w:p>
  </w:endnote>
  <w:endnote w:type="continuationSeparator" w:id="0">
    <w:p w14:paraId="3693E6B7" w14:textId="77777777" w:rsidR="00421848" w:rsidRDefault="00421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41F88" w14:textId="3EA5C227" w:rsidR="004B2D67" w:rsidRDefault="004B2D6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831AA" w14:textId="77777777" w:rsidR="00421848" w:rsidRDefault="00421848">
      <w:pPr>
        <w:spacing w:after="0" w:line="240" w:lineRule="auto"/>
      </w:pPr>
      <w:r>
        <w:separator/>
      </w:r>
    </w:p>
  </w:footnote>
  <w:footnote w:type="continuationSeparator" w:id="0">
    <w:p w14:paraId="41AF2542" w14:textId="77777777" w:rsidR="00421848" w:rsidRDefault="00421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7BC2" w14:textId="7FDE39BB" w:rsidR="00FC6D71" w:rsidRDefault="00FC6D71">
    <w:pPr>
      <w:pStyle w:val="Header"/>
    </w:pPr>
    <w:r w:rsidRPr="00FC6D71">
      <w:rPr>
        <w:rFonts w:ascii="Georgia" w:eastAsia="Times New Roman" w:hAnsi="Georgia" w:cs="Times New Roman"/>
        <w:noProof/>
        <w:color w:val="000000"/>
        <w:szCs w:val="24"/>
        <w:lang w:val="sv-SE"/>
      </w:rPr>
      <w:drawing>
        <wp:inline distT="0" distB="0" distL="0" distR="0" wp14:anchorId="0B59B5BF" wp14:editId="0B9E08C7">
          <wp:extent cx="1949450" cy="596900"/>
          <wp:effectExtent l="0" t="0" r="0" b="0"/>
          <wp:docPr id="2099338120" name="Picture 2099338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945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1141BA"/>
    <w:multiLevelType w:val="multilevel"/>
    <w:tmpl w:val="9278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58085C"/>
    <w:multiLevelType w:val="multilevel"/>
    <w:tmpl w:val="A5E6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BB51F8"/>
    <w:multiLevelType w:val="hybridMultilevel"/>
    <w:tmpl w:val="EFF884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CFC00F6">
      <w:start w:val="1"/>
      <w:numFmt w:val="lowerRoman"/>
      <w:lvlText w:val="%2."/>
      <w:lvlJc w:val="right"/>
      <w:pPr>
        <w:ind w:left="1440" w:hanging="360"/>
      </w:pPr>
      <w:rPr>
        <w:sz w:val="22"/>
        <w:szCs w:val="22"/>
      </w:rPr>
    </w:lvl>
    <w:lvl w:ilvl="2" w:tplc="6444F620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  <w:sz w:val="18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F36CC"/>
    <w:multiLevelType w:val="hybridMultilevel"/>
    <w:tmpl w:val="CF1A9862"/>
    <w:lvl w:ilvl="0" w:tplc="6CC2DA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748B5"/>
    <w:multiLevelType w:val="multilevel"/>
    <w:tmpl w:val="21D4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E53028"/>
    <w:multiLevelType w:val="multilevel"/>
    <w:tmpl w:val="41ACB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A51E02"/>
    <w:multiLevelType w:val="multilevel"/>
    <w:tmpl w:val="E9A4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4424B50"/>
    <w:multiLevelType w:val="multilevel"/>
    <w:tmpl w:val="1D7A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D34E68"/>
    <w:multiLevelType w:val="multilevel"/>
    <w:tmpl w:val="42342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A22EF7"/>
    <w:multiLevelType w:val="multilevel"/>
    <w:tmpl w:val="1122B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722410"/>
    <w:multiLevelType w:val="hybridMultilevel"/>
    <w:tmpl w:val="6818DB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9967439">
    <w:abstractNumId w:val="5"/>
  </w:num>
  <w:num w:numId="2" w16cid:durableId="1550726386">
    <w:abstractNumId w:val="3"/>
  </w:num>
  <w:num w:numId="3" w16cid:durableId="444083785">
    <w:abstractNumId w:val="2"/>
  </w:num>
  <w:num w:numId="4" w16cid:durableId="199631160">
    <w:abstractNumId w:val="4"/>
  </w:num>
  <w:num w:numId="5" w16cid:durableId="1263106664">
    <w:abstractNumId w:val="1"/>
  </w:num>
  <w:num w:numId="6" w16cid:durableId="1901938238">
    <w:abstractNumId w:val="0"/>
  </w:num>
  <w:num w:numId="7" w16cid:durableId="341788160">
    <w:abstractNumId w:val="14"/>
  </w:num>
  <w:num w:numId="8" w16cid:durableId="415173227">
    <w:abstractNumId w:val="9"/>
  </w:num>
  <w:num w:numId="9" w16cid:durableId="576088058">
    <w:abstractNumId w:val="11"/>
  </w:num>
  <w:num w:numId="10" w16cid:durableId="1533110280">
    <w:abstractNumId w:val="8"/>
  </w:num>
  <w:num w:numId="11" w16cid:durableId="1556503350">
    <w:abstractNumId w:val="12"/>
  </w:num>
  <w:num w:numId="12" w16cid:durableId="1509560379">
    <w:abstractNumId w:val="7"/>
  </w:num>
  <w:num w:numId="13" w16cid:durableId="409543151">
    <w:abstractNumId w:val="16"/>
  </w:num>
  <w:num w:numId="14" w16cid:durableId="740906800">
    <w:abstractNumId w:val="15"/>
  </w:num>
  <w:num w:numId="15" w16cid:durableId="1212310032">
    <w:abstractNumId w:val="10"/>
  </w:num>
  <w:num w:numId="16" w16cid:durableId="1178693906">
    <w:abstractNumId w:val="13"/>
  </w:num>
  <w:num w:numId="17" w16cid:durableId="210345455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E86"/>
    <w:rsid w:val="00001674"/>
    <w:rsid w:val="00001B85"/>
    <w:rsid w:val="000036D8"/>
    <w:rsid w:val="000053A5"/>
    <w:rsid w:val="00007701"/>
    <w:rsid w:val="00010F95"/>
    <w:rsid w:val="00011F8A"/>
    <w:rsid w:val="00027DA7"/>
    <w:rsid w:val="00034616"/>
    <w:rsid w:val="00034A62"/>
    <w:rsid w:val="00051D89"/>
    <w:rsid w:val="0005208E"/>
    <w:rsid w:val="0006063C"/>
    <w:rsid w:val="00060B64"/>
    <w:rsid w:val="0006392C"/>
    <w:rsid w:val="000742A3"/>
    <w:rsid w:val="00094B2C"/>
    <w:rsid w:val="000B1A07"/>
    <w:rsid w:val="000B202A"/>
    <w:rsid w:val="000B3598"/>
    <w:rsid w:val="000B37C1"/>
    <w:rsid w:val="000D51FE"/>
    <w:rsid w:val="000E6E8B"/>
    <w:rsid w:val="00102D8E"/>
    <w:rsid w:val="001053B1"/>
    <w:rsid w:val="00110E1E"/>
    <w:rsid w:val="0011400A"/>
    <w:rsid w:val="00115226"/>
    <w:rsid w:val="00122389"/>
    <w:rsid w:val="00126030"/>
    <w:rsid w:val="00127746"/>
    <w:rsid w:val="001329FA"/>
    <w:rsid w:val="00137ECC"/>
    <w:rsid w:val="00140E35"/>
    <w:rsid w:val="0015074B"/>
    <w:rsid w:val="00150F41"/>
    <w:rsid w:val="00162C83"/>
    <w:rsid w:val="00165F68"/>
    <w:rsid w:val="001676BC"/>
    <w:rsid w:val="00171086"/>
    <w:rsid w:val="0017230A"/>
    <w:rsid w:val="001824FF"/>
    <w:rsid w:val="0018737C"/>
    <w:rsid w:val="0019116D"/>
    <w:rsid w:val="00196DF2"/>
    <w:rsid w:val="001B10F9"/>
    <w:rsid w:val="001B31E5"/>
    <w:rsid w:val="001B5B48"/>
    <w:rsid w:val="001B5BCC"/>
    <w:rsid w:val="001B7978"/>
    <w:rsid w:val="001C1C3C"/>
    <w:rsid w:val="001C383C"/>
    <w:rsid w:val="001C40DD"/>
    <w:rsid w:val="001D032F"/>
    <w:rsid w:val="001D3F9D"/>
    <w:rsid w:val="001D695A"/>
    <w:rsid w:val="001E1384"/>
    <w:rsid w:val="001F0114"/>
    <w:rsid w:val="001F7403"/>
    <w:rsid w:val="00202BF7"/>
    <w:rsid w:val="00220047"/>
    <w:rsid w:val="00222F1A"/>
    <w:rsid w:val="0022355D"/>
    <w:rsid w:val="00231856"/>
    <w:rsid w:val="002421CD"/>
    <w:rsid w:val="00243C55"/>
    <w:rsid w:val="00243F04"/>
    <w:rsid w:val="0024429F"/>
    <w:rsid w:val="002531EE"/>
    <w:rsid w:val="00257B35"/>
    <w:rsid w:val="00266880"/>
    <w:rsid w:val="00270D47"/>
    <w:rsid w:val="002736E4"/>
    <w:rsid w:val="00274C04"/>
    <w:rsid w:val="00280014"/>
    <w:rsid w:val="00290A33"/>
    <w:rsid w:val="0029639D"/>
    <w:rsid w:val="002A6AF5"/>
    <w:rsid w:val="002B27B1"/>
    <w:rsid w:val="002C2F02"/>
    <w:rsid w:val="002D132E"/>
    <w:rsid w:val="002D757D"/>
    <w:rsid w:val="002E6D61"/>
    <w:rsid w:val="002F00E6"/>
    <w:rsid w:val="00303666"/>
    <w:rsid w:val="00305935"/>
    <w:rsid w:val="00314AF3"/>
    <w:rsid w:val="003150CE"/>
    <w:rsid w:val="00326D1E"/>
    <w:rsid w:val="00326F90"/>
    <w:rsid w:val="0032790B"/>
    <w:rsid w:val="003416F6"/>
    <w:rsid w:val="00352F62"/>
    <w:rsid w:val="00372275"/>
    <w:rsid w:val="0038199D"/>
    <w:rsid w:val="00386F5A"/>
    <w:rsid w:val="003937E7"/>
    <w:rsid w:val="00394C00"/>
    <w:rsid w:val="003A46EA"/>
    <w:rsid w:val="003A5CCF"/>
    <w:rsid w:val="003A72BD"/>
    <w:rsid w:val="003C1EDF"/>
    <w:rsid w:val="003C58B4"/>
    <w:rsid w:val="003C7222"/>
    <w:rsid w:val="003C7736"/>
    <w:rsid w:val="003D324C"/>
    <w:rsid w:val="003D74C3"/>
    <w:rsid w:val="003E5775"/>
    <w:rsid w:val="003F1FD7"/>
    <w:rsid w:val="00401961"/>
    <w:rsid w:val="0040373A"/>
    <w:rsid w:val="004119DA"/>
    <w:rsid w:val="00413B82"/>
    <w:rsid w:val="00421848"/>
    <w:rsid w:val="004253DC"/>
    <w:rsid w:val="00435886"/>
    <w:rsid w:val="00441FB2"/>
    <w:rsid w:val="004467BA"/>
    <w:rsid w:val="0044749E"/>
    <w:rsid w:val="004528A7"/>
    <w:rsid w:val="00457D9B"/>
    <w:rsid w:val="00465CCB"/>
    <w:rsid w:val="004666D9"/>
    <w:rsid w:val="00474D22"/>
    <w:rsid w:val="00476022"/>
    <w:rsid w:val="004800C4"/>
    <w:rsid w:val="00485A6F"/>
    <w:rsid w:val="00496417"/>
    <w:rsid w:val="004970B1"/>
    <w:rsid w:val="004A195C"/>
    <w:rsid w:val="004A7894"/>
    <w:rsid w:val="004B2D67"/>
    <w:rsid w:val="004B30D0"/>
    <w:rsid w:val="004C0381"/>
    <w:rsid w:val="004C3411"/>
    <w:rsid w:val="004D229E"/>
    <w:rsid w:val="004D678F"/>
    <w:rsid w:val="004D790F"/>
    <w:rsid w:val="004F0057"/>
    <w:rsid w:val="00502B63"/>
    <w:rsid w:val="005111B8"/>
    <w:rsid w:val="005211D0"/>
    <w:rsid w:val="00526F57"/>
    <w:rsid w:val="0053144B"/>
    <w:rsid w:val="00556025"/>
    <w:rsid w:val="00556FBC"/>
    <w:rsid w:val="00572051"/>
    <w:rsid w:val="005721E8"/>
    <w:rsid w:val="00574FB5"/>
    <w:rsid w:val="005806EC"/>
    <w:rsid w:val="00583C59"/>
    <w:rsid w:val="0058593F"/>
    <w:rsid w:val="00594CB5"/>
    <w:rsid w:val="005A233C"/>
    <w:rsid w:val="005A576E"/>
    <w:rsid w:val="005B1F83"/>
    <w:rsid w:val="005B64A5"/>
    <w:rsid w:val="005C5CE3"/>
    <w:rsid w:val="005D2A44"/>
    <w:rsid w:val="005E2D62"/>
    <w:rsid w:val="005E7F28"/>
    <w:rsid w:val="005F452F"/>
    <w:rsid w:val="005F6210"/>
    <w:rsid w:val="00604BFC"/>
    <w:rsid w:val="0061267D"/>
    <w:rsid w:val="00624001"/>
    <w:rsid w:val="00625B39"/>
    <w:rsid w:val="00626770"/>
    <w:rsid w:val="00630407"/>
    <w:rsid w:val="00631B67"/>
    <w:rsid w:val="006332BD"/>
    <w:rsid w:val="00636D9C"/>
    <w:rsid w:val="006376A4"/>
    <w:rsid w:val="0065068D"/>
    <w:rsid w:val="00654E05"/>
    <w:rsid w:val="00670C8F"/>
    <w:rsid w:val="0067124E"/>
    <w:rsid w:val="0067143F"/>
    <w:rsid w:val="006771C2"/>
    <w:rsid w:val="006869E2"/>
    <w:rsid w:val="006A58EA"/>
    <w:rsid w:val="006A6CE3"/>
    <w:rsid w:val="006B105D"/>
    <w:rsid w:val="006B3A70"/>
    <w:rsid w:val="006C1A30"/>
    <w:rsid w:val="006C778D"/>
    <w:rsid w:val="006D3F36"/>
    <w:rsid w:val="006E2AA1"/>
    <w:rsid w:val="006E72F8"/>
    <w:rsid w:val="006F0785"/>
    <w:rsid w:val="00701F09"/>
    <w:rsid w:val="00702EEF"/>
    <w:rsid w:val="00711C00"/>
    <w:rsid w:val="007172D3"/>
    <w:rsid w:val="00717D22"/>
    <w:rsid w:val="00731B4E"/>
    <w:rsid w:val="007359A1"/>
    <w:rsid w:val="007560CD"/>
    <w:rsid w:val="00757379"/>
    <w:rsid w:val="00764784"/>
    <w:rsid w:val="0076631B"/>
    <w:rsid w:val="0077073D"/>
    <w:rsid w:val="0077728C"/>
    <w:rsid w:val="00780034"/>
    <w:rsid w:val="00780B97"/>
    <w:rsid w:val="007847A0"/>
    <w:rsid w:val="007927C3"/>
    <w:rsid w:val="0079695D"/>
    <w:rsid w:val="007B361A"/>
    <w:rsid w:val="007C6112"/>
    <w:rsid w:val="007D0988"/>
    <w:rsid w:val="007D143A"/>
    <w:rsid w:val="007F3733"/>
    <w:rsid w:val="00803F50"/>
    <w:rsid w:val="008070E6"/>
    <w:rsid w:val="008146C7"/>
    <w:rsid w:val="00831662"/>
    <w:rsid w:val="00846C38"/>
    <w:rsid w:val="00851B3D"/>
    <w:rsid w:val="00856D44"/>
    <w:rsid w:val="00860E17"/>
    <w:rsid w:val="00863F3B"/>
    <w:rsid w:val="00865699"/>
    <w:rsid w:val="00877AFB"/>
    <w:rsid w:val="0088145C"/>
    <w:rsid w:val="0088485D"/>
    <w:rsid w:val="008A1A55"/>
    <w:rsid w:val="008B15B6"/>
    <w:rsid w:val="008B2747"/>
    <w:rsid w:val="008C613F"/>
    <w:rsid w:val="008C7890"/>
    <w:rsid w:val="008D2C45"/>
    <w:rsid w:val="008E1453"/>
    <w:rsid w:val="008E5370"/>
    <w:rsid w:val="008E729F"/>
    <w:rsid w:val="008E7B17"/>
    <w:rsid w:val="008F07A9"/>
    <w:rsid w:val="008F207D"/>
    <w:rsid w:val="00905B56"/>
    <w:rsid w:val="00945828"/>
    <w:rsid w:val="00946707"/>
    <w:rsid w:val="00956677"/>
    <w:rsid w:val="00957E83"/>
    <w:rsid w:val="009651E1"/>
    <w:rsid w:val="00976C79"/>
    <w:rsid w:val="0099053A"/>
    <w:rsid w:val="00990A07"/>
    <w:rsid w:val="009A3008"/>
    <w:rsid w:val="009B6171"/>
    <w:rsid w:val="009B65FC"/>
    <w:rsid w:val="009B701A"/>
    <w:rsid w:val="009D1D84"/>
    <w:rsid w:val="009D3353"/>
    <w:rsid w:val="009D50B5"/>
    <w:rsid w:val="009E1234"/>
    <w:rsid w:val="00A165DF"/>
    <w:rsid w:val="00A25AF4"/>
    <w:rsid w:val="00A2775F"/>
    <w:rsid w:val="00A3072F"/>
    <w:rsid w:val="00A3285C"/>
    <w:rsid w:val="00A45621"/>
    <w:rsid w:val="00A64DEB"/>
    <w:rsid w:val="00A71D50"/>
    <w:rsid w:val="00A83F70"/>
    <w:rsid w:val="00A86708"/>
    <w:rsid w:val="00A90AF3"/>
    <w:rsid w:val="00A92579"/>
    <w:rsid w:val="00A92608"/>
    <w:rsid w:val="00A950EA"/>
    <w:rsid w:val="00A971BF"/>
    <w:rsid w:val="00AA1D8D"/>
    <w:rsid w:val="00AA34FD"/>
    <w:rsid w:val="00AB09BC"/>
    <w:rsid w:val="00AB1619"/>
    <w:rsid w:val="00AB270B"/>
    <w:rsid w:val="00AC74BE"/>
    <w:rsid w:val="00AD1FDD"/>
    <w:rsid w:val="00AD38F6"/>
    <w:rsid w:val="00AF0E49"/>
    <w:rsid w:val="00AF1DC9"/>
    <w:rsid w:val="00AF7442"/>
    <w:rsid w:val="00B04707"/>
    <w:rsid w:val="00B11BB2"/>
    <w:rsid w:val="00B210C3"/>
    <w:rsid w:val="00B25326"/>
    <w:rsid w:val="00B3331D"/>
    <w:rsid w:val="00B336D6"/>
    <w:rsid w:val="00B4690F"/>
    <w:rsid w:val="00B47730"/>
    <w:rsid w:val="00B51F7D"/>
    <w:rsid w:val="00B63A79"/>
    <w:rsid w:val="00B715D8"/>
    <w:rsid w:val="00B73B31"/>
    <w:rsid w:val="00B7415A"/>
    <w:rsid w:val="00B755A2"/>
    <w:rsid w:val="00B77DEA"/>
    <w:rsid w:val="00B839A1"/>
    <w:rsid w:val="00BA32D6"/>
    <w:rsid w:val="00BA5DD7"/>
    <w:rsid w:val="00BB2B3B"/>
    <w:rsid w:val="00BB512F"/>
    <w:rsid w:val="00BC0D13"/>
    <w:rsid w:val="00BC4889"/>
    <w:rsid w:val="00BC586F"/>
    <w:rsid w:val="00BC7CFC"/>
    <w:rsid w:val="00BD34AD"/>
    <w:rsid w:val="00BD6F27"/>
    <w:rsid w:val="00BD7AB1"/>
    <w:rsid w:val="00BE10F0"/>
    <w:rsid w:val="00BE3C2E"/>
    <w:rsid w:val="00C03C2C"/>
    <w:rsid w:val="00C162BA"/>
    <w:rsid w:val="00C16651"/>
    <w:rsid w:val="00C22CD3"/>
    <w:rsid w:val="00C24338"/>
    <w:rsid w:val="00C33548"/>
    <w:rsid w:val="00C4466E"/>
    <w:rsid w:val="00C8137C"/>
    <w:rsid w:val="00C9354F"/>
    <w:rsid w:val="00C939CA"/>
    <w:rsid w:val="00CA1636"/>
    <w:rsid w:val="00CB00C7"/>
    <w:rsid w:val="00CB0664"/>
    <w:rsid w:val="00CC09E2"/>
    <w:rsid w:val="00CC418F"/>
    <w:rsid w:val="00CC77A7"/>
    <w:rsid w:val="00CD0DC8"/>
    <w:rsid w:val="00CE5EC6"/>
    <w:rsid w:val="00CF1967"/>
    <w:rsid w:val="00D03106"/>
    <w:rsid w:val="00D1015E"/>
    <w:rsid w:val="00D17819"/>
    <w:rsid w:val="00D31E51"/>
    <w:rsid w:val="00D367B0"/>
    <w:rsid w:val="00D46023"/>
    <w:rsid w:val="00D47230"/>
    <w:rsid w:val="00D660EB"/>
    <w:rsid w:val="00D71D0C"/>
    <w:rsid w:val="00D72B3D"/>
    <w:rsid w:val="00D90EB5"/>
    <w:rsid w:val="00D91661"/>
    <w:rsid w:val="00D959E1"/>
    <w:rsid w:val="00DA4171"/>
    <w:rsid w:val="00DA68BC"/>
    <w:rsid w:val="00DB040D"/>
    <w:rsid w:val="00DB09AE"/>
    <w:rsid w:val="00DC4DE7"/>
    <w:rsid w:val="00DE07BE"/>
    <w:rsid w:val="00DF1A3B"/>
    <w:rsid w:val="00E0045B"/>
    <w:rsid w:val="00E021D8"/>
    <w:rsid w:val="00E06EE8"/>
    <w:rsid w:val="00E33934"/>
    <w:rsid w:val="00E424DF"/>
    <w:rsid w:val="00E462D4"/>
    <w:rsid w:val="00E47A4A"/>
    <w:rsid w:val="00E54540"/>
    <w:rsid w:val="00E56387"/>
    <w:rsid w:val="00E5664E"/>
    <w:rsid w:val="00E57522"/>
    <w:rsid w:val="00E6765F"/>
    <w:rsid w:val="00E7573E"/>
    <w:rsid w:val="00E92C79"/>
    <w:rsid w:val="00EA3EA2"/>
    <w:rsid w:val="00EB4472"/>
    <w:rsid w:val="00EB769C"/>
    <w:rsid w:val="00EC11A7"/>
    <w:rsid w:val="00EE5C84"/>
    <w:rsid w:val="00EF450E"/>
    <w:rsid w:val="00EF65B6"/>
    <w:rsid w:val="00F0380E"/>
    <w:rsid w:val="00F3166A"/>
    <w:rsid w:val="00F45743"/>
    <w:rsid w:val="00F45761"/>
    <w:rsid w:val="00F46FEA"/>
    <w:rsid w:val="00F60FFB"/>
    <w:rsid w:val="00F63C75"/>
    <w:rsid w:val="00F727D8"/>
    <w:rsid w:val="00F74D4A"/>
    <w:rsid w:val="00F96D86"/>
    <w:rsid w:val="00FB0FAE"/>
    <w:rsid w:val="00FB5C78"/>
    <w:rsid w:val="00FB75CE"/>
    <w:rsid w:val="00FC2171"/>
    <w:rsid w:val="00FC4F9D"/>
    <w:rsid w:val="00FC693F"/>
    <w:rsid w:val="00FC6D71"/>
    <w:rsid w:val="00FC7F80"/>
    <w:rsid w:val="00FD2A18"/>
    <w:rsid w:val="00FD6B5F"/>
    <w:rsid w:val="00FE1A7B"/>
    <w:rsid w:val="00FE3845"/>
    <w:rsid w:val="00FE3E98"/>
    <w:rsid w:val="00FF444B"/>
    <w:rsid w:val="00FF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4062061"/>
  <w14:defaultImageDpi w14:val="300"/>
  <w15:docId w15:val="{EDF1E0EB-FB74-41F7-9014-946C8AD7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hAnsi="Aptos"/>
      <w:color w:val="243447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/>
      <w:b/>
      <w:bCs/>
      <w:color w:val="17365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100"/>
      <w:outlineLvl w:val="1"/>
    </w:pPr>
    <w:rPr>
      <w:rFonts w:asciiTheme="majorHAnsi" w:eastAsiaTheme="majorEastAsia" w:hAnsiTheme="majorHAnsi" w:cstheme="majorBidi"/>
      <w:b/>
      <w:bCs/>
      <w:color w:val="2F718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10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before="200" w:after="1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160" w:after="100"/>
    </w:pPr>
    <w:rPr>
      <w:rFonts w:asciiTheme="majorHAnsi" w:eastAsiaTheme="majorEastAsia" w:hAnsiTheme="majorHAnsi" w:cstheme="majorBidi"/>
      <w:i/>
      <w:iCs/>
      <w:color w:val="2F7181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spacing w:after="4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/>
    </w:pPr>
    <w:rPr>
      <w:rFonts w:ascii="Aptos" w:hAnsi="Aptos"/>
      <w:color w:val="6B7280"/>
      <w:sz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165F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5F6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5F68"/>
    <w:rPr>
      <w:rFonts w:ascii="Aptos" w:hAnsi="Aptos"/>
      <w:color w:val="243447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F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F68"/>
    <w:rPr>
      <w:rFonts w:ascii="Aptos" w:hAnsi="Aptos"/>
      <w:b/>
      <w:bCs/>
      <w:color w:val="243447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C1A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540</Characters>
  <Application>Microsoft Office Word</Application>
  <DocSecurity>0</DocSecurity>
  <Lines>60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Due Diligence and Compliance Screening Platform - ToR and Supplier Response Matrix</dc:title>
  <dc:subject>Request for Proposal annexes</dc:subject>
  <dc:creator>Lauren McIntosh</dc:creator>
  <cp:keywords>RFP, due diligence, sanctions, beneficial ownership, adverse media, procurement</cp:keywords>
  <dc:description>generated by python-docx</dc:description>
  <cp:lastModifiedBy>Lauren McIntosh</cp:lastModifiedBy>
  <cp:revision>5</cp:revision>
  <dcterms:created xsi:type="dcterms:W3CDTF">2026-09-03T08:04:00Z</dcterms:created>
  <dcterms:modified xsi:type="dcterms:W3CDTF">2026-09-03T08:10:00Z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22f8089-5772-4eac-973e-7f38ab2ab927_Enabled">
    <vt:lpwstr>true</vt:lpwstr>
  </property>
  <property fmtid="{D5CDD505-2E9C-101B-9397-08002B2CF9AE}" pid="3" name="MSIP_Label_222f8089-5772-4eac-973e-7f38ab2ab927_SetDate">
    <vt:lpwstr>2026-08-27T08:03:00Z</vt:lpwstr>
  </property>
  <property fmtid="{D5CDD505-2E9C-101B-9397-08002B2CF9AE}" pid="4" name="MSIP_Label_222f8089-5772-4eac-973e-7f38ab2ab927_Method">
    <vt:lpwstr>Standard</vt:lpwstr>
  </property>
  <property fmtid="{D5CDD505-2E9C-101B-9397-08002B2CF9AE}" pid="5" name="MSIP_Label_222f8089-5772-4eac-973e-7f38ab2ab927_Name">
    <vt:lpwstr>General</vt:lpwstr>
  </property>
  <property fmtid="{D5CDD505-2E9C-101B-9397-08002B2CF9AE}" pid="6" name="MSIP_Label_222f8089-5772-4eac-973e-7f38ab2ab927_SiteId">
    <vt:lpwstr>bc79646c-8f4a-4510-9381-928abd23bd36</vt:lpwstr>
  </property>
  <property fmtid="{D5CDD505-2E9C-101B-9397-08002B2CF9AE}" pid="7" name="MSIP_Label_222f8089-5772-4eac-973e-7f38ab2ab927_ActionId">
    <vt:lpwstr>af447297-8642-4c15-8ce2-b78b1adc59a8</vt:lpwstr>
  </property>
  <property fmtid="{D5CDD505-2E9C-101B-9397-08002B2CF9AE}" pid="8" name="MSIP_Label_222f8089-5772-4eac-973e-7f38ab2ab927_ContentBits">
    <vt:lpwstr>0</vt:lpwstr>
  </property>
</Properties>
</file>